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3B16C" w14:textId="63FAEF21" w:rsidR="006D21B7" w:rsidRDefault="006D21B7">
      <w:r>
        <w:t>[DATE]</w:t>
      </w:r>
    </w:p>
    <w:tbl>
      <w:tblPr>
        <w:tblStyle w:val="LightGrid"/>
        <w:tblW w:w="13968" w:type="dxa"/>
        <w:tblLook w:val="04A0" w:firstRow="1" w:lastRow="0" w:firstColumn="1" w:lastColumn="0" w:noHBand="0" w:noVBand="1"/>
      </w:tblPr>
      <w:tblGrid>
        <w:gridCol w:w="2600"/>
        <w:gridCol w:w="1710"/>
        <w:gridCol w:w="1530"/>
        <w:gridCol w:w="2250"/>
        <w:gridCol w:w="5878"/>
      </w:tblGrid>
      <w:tr w:rsidR="006D21B7" w14:paraId="23C60118" w14:textId="77777777" w:rsidTr="00B342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0B2008C0" w14:textId="6F47C01B" w:rsidR="006D21B7" w:rsidRDefault="00182BDE">
            <w:r>
              <w:t>Session Name</w:t>
            </w:r>
          </w:p>
        </w:tc>
        <w:tc>
          <w:tcPr>
            <w:tcW w:w="1710" w:type="dxa"/>
          </w:tcPr>
          <w:p w14:paraId="66FC5BFB" w14:textId="63D7CC17" w:rsidR="006D21B7" w:rsidRDefault="00182B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Start Time</w:t>
            </w:r>
          </w:p>
        </w:tc>
        <w:tc>
          <w:tcPr>
            <w:tcW w:w="1530" w:type="dxa"/>
          </w:tcPr>
          <w:p w14:paraId="7A6188CB" w14:textId="6A60F7B7" w:rsidR="006D21B7" w:rsidRDefault="00182B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End Time</w:t>
            </w:r>
          </w:p>
        </w:tc>
        <w:tc>
          <w:tcPr>
            <w:tcW w:w="2250" w:type="dxa"/>
          </w:tcPr>
          <w:p w14:paraId="0AC9C112" w14:textId="4978C70F" w:rsidR="006D21B7" w:rsidRDefault="006D21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Location </w:t>
            </w:r>
          </w:p>
        </w:tc>
        <w:tc>
          <w:tcPr>
            <w:tcW w:w="5878" w:type="dxa"/>
          </w:tcPr>
          <w:p w14:paraId="7900839C" w14:textId="6A99F1F2" w:rsidR="006D21B7" w:rsidRDefault="006D21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Notes</w:t>
            </w:r>
          </w:p>
        </w:tc>
      </w:tr>
      <w:tr w:rsidR="006D21B7" w14:paraId="6DE6901E" w14:textId="77777777" w:rsidTr="00B34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7E24AE23" w14:textId="77777777" w:rsidR="006D21B7" w:rsidRDefault="006D21B7"/>
        </w:tc>
        <w:tc>
          <w:tcPr>
            <w:tcW w:w="1710" w:type="dxa"/>
          </w:tcPr>
          <w:p w14:paraId="60396C4C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15FC9BEB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16F646F6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010D14E0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20C70BFA" w14:textId="77777777" w:rsidTr="00B342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4133B853" w14:textId="77777777" w:rsidR="006D21B7" w:rsidRDefault="006D21B7"/>
        </w:tc>
        <w:tc>
          <w:tcPr>
            <w:tcW w:w="1710" w:type="dxa"/>
          </w:tcPr>
          <w:p w14:paraId="78331CE5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5BE867BD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7DE0A2BC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2DD007C6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0A0CB19A" w14:textId="77777777" w:rsidTr="00B34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0F232F85" w14:textId="77777777" w:rsidR="006D21B7" w:rsidRDefault="006D21B7"/>
        </w:tc>
        <w:tc>
          <w:tcPr>
            <w:tcW w:w="1710" w:type="dxa"/>
          </w:tcPr>
          <w:p w14:paraId="53E2AF8C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3A756A79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45826AEA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374C6D5F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33B9CCAB" w14:textId="77777777" w:rsidTr="00B342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24061D7D" w14:textId="77777777" w:rsidR="006D21B7" w:rsidRDefault="006D21B7"/>
        </w:tc>
        <w:tc>
          <w:tcPr>
            <w:tcW w:w="1710" w:type="dxa"/>
          </w:tcPr>
          <w:p w14:paraId="19A61543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138A5E72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3E55EA3F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01083A86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1E35B564" w14:textId="77777777" w:rsidTr="00B34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79ED997B" w14:textId="77777777" w:rsidR="006D21B7" w:rsidRDefault="006D21B7"/>
        </w:tc>
        <w:tc>
          <w:tcPr>
            <w:tcW w:w="1710" w:type="dxa"/>
          </w:tcPr>
          <w:p w14:paraId="2B25F577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6A4695FE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30F52138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4708230E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5AF251C8" w14:textId="77777777" w:rsidTr="00B342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0D7C86FC" w14:textId="77777777" w:rsidR="006D21B7" w:rsidRDefault="006D21B7"/>
        </w:tc>
        <w:tc>
          <w:tcPr>
            <w:tcW w:w="1710" w:type="dxa"/>
          </w:tcPr>
          <w:p w14:paraId="7D533A39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7CEDA440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43C31BB8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2F0B2E0C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4D7486B5" w14:textId="77777777" w:rsidTr="00B34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2CE7EB3E" w14:textId="77777777" w:rsidR="006D21B7" w:rsidRDefault="006D21B7"/>
        </w:tc>
        <w:tc>
          <w:tcPr>
            <w:tcW w:w="1710" w:type="dxa"/>
          </w:tcPr>
          <w:p w14:paraId="583880BD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0AAFBCFD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12F1DFB9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64207D51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548B318E" w14:textId="77777777" w:rsidTr="00B342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4EB547C4" w14:textId="77777777" w:rsidR="006D21B7" w:rsidRDefault="006D21B7"/>
        </w:tc>
        <w:tc>
          <w:tcPr>
            <w:tcW w:w="1710" w:type="dxa"/>
          </w:tcPr>
          <w:p w14:paraId="1B8F08B1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594D23A6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7F5D7DBA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40AD5463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28D97847" w14:textId="77777777" w:rsidTr="00B34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306642EF" w14:textId="77777777" w:rsidR="006D21B7" w:rsidRDefault="006D21B7"/>
        </w:tc>
        <w:tc>
          <w:tcPr>
            <w:tcW w:w="1710" w:type="dxa"/>
          </w:tcPr>
          <w:p w14:paraId="5E2292FB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6F6D7DF3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5685BA27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63435324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528A620C" w14:textId="77777777" w:rsidTr="00B342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4DCFD209" w14:textId="77777777" w:rsidR="006D21B7" w:rsidRDefault="006D21B7"/>
        </w:tc>
        <w:tc>
          <w:tcPr>
            <w:tcW w:w="1710" w:type="dxa"/>
          </w:tcPr>
          <w:p w14:paraId="38B98CD8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415D11AF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2A7C50E6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7E3857B9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08972D30" w14:textId="77777777" w:rsidTr="00B34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6F9E7597" w14:textId="77777777" w:rsidR="006D21B7" w:rsidRDefault="006D21B7"/>
        </w:tc>
        <w:tc>
          <w:tcPr>
            <w:tcW w:w="1710" w:type="dxa"/>
          </w:tcPr>
          <w:p w14:paraId="2D12110D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2924E87B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07F77879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3BD57FDE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0414DB8A" w14:textId="77777777" w:rsidTr="00B342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3EC79398" w14:textId="77777777" w:rsidR="006D21B7" w:rsidRDefault="006D21B7"/>
        </w:tc>
        <w:tc>
          <w:tcPr>
            <w:tcW w:w="1710" w:type="dxa"/>
          </w:tcPr>
          <w:p w14:paraId="09761181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118A344B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7E04DE16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1BC8DEB7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19EAE0EC" w14:textId="77777777" w:rsidTr="00B34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7E52A770" w14:textId="77777777" w:rsidR="006D21B7" w:rsidRDefault="006D21B7"/>
        </w:tc>
        <w:tc>
          <w:tcPr>
            <w:tcW w:w="1710" w:type="dxa"/>
          </w:tcPr>
          <w:p w14:paraId="43EE7790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2E6D9D2A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3E332388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4AE6F8FD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6E2EBE98" w14:textId="77777777" w:rsidTr="00B342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61C356FE" w14:textId="77777777" w:rsidR="006D21B7" w:rsidRDefault="006D21B7"/>
        </w:tc>
        <w:tc>
          <w:tcPr>
            <w:tcW w:w="1710" w:type="dxa"/>
          </w:tcPr>
          <w:p w14:paraId="1DED3E4B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317B8BEE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6BB3E447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6F49682F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5645AB87" w14:textId="77777777" w:rsidTr="00B34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6E9A49D2" w14:textId="77777777" w:rsidR="006D21B7" w:rsidRDefault="006D21B7"/>
        </w:tc>
        <w:tc>
          <w:tcPr>
            <w:tcW w:w="1710" w:type="dxa"/>
          </w:tcPr>
          <w:p w14:paraId="300EFF84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4A6D38F4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5B2EC5DA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2C69148A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3F574ED5" w14:textId="77777777" w:rsidTr="00B342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04A240B0" w14:textId="77777777" w:rsidR="006D21B7" w:rsidRDefault="006D21B7"/>
        </w:tc>
        <w:tc>
          <w:tcPr>
            <w:tcW w:w="1710" w:type="dxa"/>
          </w:tcPr>
          <w:p w14:paraId="5F984420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6F7A758F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47FCEB68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4CDFC361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22EDF7EA" w14:textId="77777777" w:rsidTr="00B34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07D25749" w14:textId="77777777" w:rsidR="006D21B7" w:rsidRDefault="006D21B7"/>
        </w:tc>
        <w:tc>
          <w:tcPr>
            <w:tcW w:w="1710" w:type="dxa"/>
          </w:tcPr>
          <w:p w14:paraId="2B6B3542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4AE6DF1F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160A804E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2BE8F439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072FAF3B" w14:textId="77777777" w:rsidTr="00B342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40C0FBA1" w14:textId="77777777" w:rsidR="006D21B7" w:rsidRDefault="006D21B7"/>
        </w:tc>
        <w:tc>
          <w:tcPr>
            <w:tcW w:w="1710" w:type="dxa"/>
          </w:tcPr>
          <w:p w14:paraId="46821FF6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0910FD5B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6BD44F7E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4AFA80E5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04676D47" w14:textId="77777777" w:rsidTr="00B34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422344AD" w14:textId="77777777" w:rsidR="006D21B7" w:rsidRDefault="006D21B7"/>
        </w:tc>
        <w:tc>
          <w:tcPr>
            <w:tcW w:w="1710" w:type="dxa"/>
          </w:tcPr>
          <w:p w14:paraId="5E0E80C1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6D6E5922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3D5E5235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66848176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1A483D77" w14:textId="77777777" w:rsidTr="00B342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3EC7D699" w14:textId="77777777" w:rsidR="006D21B7" w:rsidRDefault="006D21B7"/>
        </w:tc>
        <w:tc>
          <w:tcPr>
            <w:tcW w:w="1710" w:type="dxa"/>
          </w:tcPr>
          <w:p w14:paraId="1380795C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42BC86BA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55897246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14F1C611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423ED45B" w14:textId="77777777" w:rsidTr="00B34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0E1AF80A" w14:textId="77777777" w:rsidR="006D21B7" w:rsidRDefault="006D21B7"/>
        </w:tc>
        <w:tc>
          <w:tcPr>
            <w:tcW w:w="1710" w:type="dxa"/>
          </w:tcPr>
          <w:p w14:paraId="3BAA4C15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0F35A12A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17749271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6E22A5C8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7F62F372" w14:textId="77777777" w:rsidTr="00B342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03499C4C" w14:textId="77777777" w:rsidR="006D21B7" w:rsidRDefault="006D21B7"/>
        </w:tc>
        <w:tc>
          <w:tcPr>
            <w:tcW w:w="1710" w:type="dxa"/>
          </w:tcPr>
          <w:p w14:paraId="39FDB3BA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54E4AF2D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64214290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6B0379C2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163DDB52" w14:textId="77777777" w:rsidTr="00B34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374698D0" w14:textId="77777777" w:rsidR="006D21B7" w:rsidRDefault="006D21B7"/>
        </w:tc>
        <w:tc>
          <w:tcPr>
            <w:tcW w:w="1710" w:type="dxa"/>
          </w:tcPr>
          <w:p w14:paraId="2A612281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6B757884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149D4F00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71EC6DD1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08826C2E" w14:textId="77777777" w:rsidTr="00B342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28F46DE1" w14:textId="77777777" w:rsidR="006D21B7" w:rsidRDefault="006D21B7"/>
        </w:tc>
        <w:tc>
          <w:tcPr>
            <w:tcW w:w="1710" w:type="dxa"/>
          </w:tcPr>
          <w:p w14:paraId="44281F57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524714D6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0BF7337B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257EB214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1A15CE10" w14:textId="77777777" w:rsidTr="00B34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0D51169F" w14:textId="77777777" w:rsidR="006D21B7" w:rsidRDefault="006D21B7"/>
        </w:tc>
        <w:tc>
          <w:tcPr>
            <w:tcW w:w="1710" w:type="dxa"/>
          </w:tcPr>
          <w:p w14:paraId="7ADD9126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21165245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705EF775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06482DE8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630BFCE6" w14:textId="77777777" w:rsidTr="00B342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2F7105A2" w14:textId="77777777" w:rsidR="006D21B7" w:rsidRDefault="006D21B7"/>
        </w:tc>
        <w:tc>
          <w:tcPr>
            <w:tcW w:w="1710" w:type="dxa"/>
          </w:tcPr>
          <w:p w14:paraId="1DF1DA18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62487C18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11CD9976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1784F732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111E711B" w14:textId="77777777" w:rsidTr="00B34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7E0D45C6" w14:textId="77777777" w:rsidR="006D21B7" w:rsidRDefault="006D21B7"/>
        </w:tc>
        <w:tc>
          <w:tcPr>
            <w:tcW w:w="1710" w:type="dxa"/>
          </w:tcPr>
          <w:p w14:paraId="5E3AC72C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0FF7C1C6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2ED173CA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3453E254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0A1DAE84" w14:textId="77777777" w:rsidTr="00B342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072E8716" w14:textId="77777777" w:rsidR="006D21B7" w:rsidRDefault="006D21B7"/>
        </w:tc>
        <w:tc>
          <w:tcPr>
            <w:tcW w:w="1710" w:type="dxa"/>
          </w:tcPr>
          <w:p w14:paraId="1F00F8CA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03550DCA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70FEBEE5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77EE4017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52756521" w14:textId="77777777" w:rsidTr="00B34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4264CCAB" w14:textId="77777777" w:rsidR="006D21B7" w:rsidRDefault="006D21B7"/>
        </w:tc>
        <w:tc>
          <w:tcPr>
            <w:tcW w:w="1710" w:type="dxa"/>
          </w:tcPr>
          <w:p w14:paraId="300C8AB9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6C32A36F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6DB4DD6C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4E9F5B10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707C5777" w14:textId="77777777" w:rsidTr="00B342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398FE518" w14:textId="77777777" w:rsidR="006D21B7" w:rsidRDefault="006D21B7"/>
        </w:tc>
        <w:tc>
          <w:tcPr>
            <w:tcW w:w="1710" w:type="dxa"/>
          </w:tcPr>
          <w:p w14:paraId="6054A667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2A80B1B5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262E4300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57CD0D19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683FAFFE" w14:textId="77777777" w:rsidTr="00B34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5F5E14DD" w14:textId="77777777" w:rsidR="006D21B7" w:rsidRDefault="006D21B7"/>
        </w:tc>
        <w:tc>
          <w:tcPr>
            <w:tcW w:w="1710" w:type="dxa"/>
          </w:tcPr>
          <w:p w14:paraId="37535932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1391B71F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582ADF93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7FCFF6E5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563BAC92" w14:textId="77777777" w:rsidTr="00B342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435BC703" w14:textId="77777777" w:rsidR="006D21B7" w:rsidRDefault="006D21B7"/>
        </w:tc>
        <w:tc>
          <w:tcPr>
            <w:tcW w:w="1710" w:type="dxa"/>
          </w:tcPr>
          <w:p w14:paraId="32EE9D53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07164DD3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7DB454DE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0A28B1DA" w14:textId="77777777" w:rsidR="006D21B7" w:rsidRDefault="006D21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2EA223C2" w14:textId="77777777" w:rsidTr="00B34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1D38542E" w14:textId="77777777" w:rsidR="006D21B7" w:rsidRDefault="006D21B7"/>
        </w:tc>
        <w:tc>
          <w:tcPr>
            <w:tcW w:w="1710" w:type="dxa"/>
          </w:tcPr>
          <w:p w14:paraId="1502191E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0C8A546A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31D5290C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78" w:type="dxa"/>
          </w:tcPr>
          <w:p w14:paraId="59947039" w14:textId="77777777" w:rsidR="006D21B7" w:rsidRDefault="006D2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150B879" w14:textId="3598BFE6" w:rsidR="006D21B7" w:rsidRDefault="006D21B7">
      <w:r>
        <w:br w:type="page"/>
      </w:r>
    </w:p>
    <w:p w14:paraId="5A075219" w14:textId="77777777" w:rsidR="006D21B7" w:rsidRDefault="006D21B7" w:rsidP="006D21B7">
      <w:r>
        <w:lastRenderedPageBreak/>
        <w:t>[DATE]</w:t>
      </w:r>
    </w:p>
    <w:tbl>
      <w:tblPr>
        <w:tblStyle w:val="LightGrid"/>
        <w:tblW w:w="13968" w:type="dxa"/>
        <w:tblLook w:val="04A0" w:firstRow="1" w:lastRow="0" w:firstColumn="1" w:lastColumn="0" w:noHBand="0" w:noVBand="1"/>
      </w:tblPr>
      <w:tblGrid>
        <w:gridCol w:w="1728"/>
        <w:gridCol w:w="1440"/>
        <w:gridCol w:w="3600"/>
        <w:gridCol w:w="3600"/>
        <w:gridCol w:w="3600"/>
      </w:tblGrid>
      <w:tr w:rsidR="006D21B7" w14:paraId="3278B8FF" w14:textId="77777777" w:rsidTr="006D21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65E570EE" w14:textId="77777777" w:rsidR="006D21B7" w:rsidRDefault="006D21B7" w:rsidP="00BF6AE3">
            <w:r>
              <w:t>Name</w:t>
            </w:r>
          </w:p>
        </w:tc>
        <w:tc>
          <w:tcPr>
            <w:tcW w:w="1440" w:type="dxa"/>
          </w:tcPr>
          <w:p w14:paraId="2E2A5139" w14:textId="77777777" w:rsidR="006D21B7" w:rsidRDefault="006D21B7" w:rsidP="00BF6A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Time</w:t>
            </w:r>
          </w:p>
        </w:tc>
        <w:tc>
          <w:tcPr>
            <w:tcW w:w="3600" w:type="dxa"/>
          </w:tcPr>
          <w:p w14:paraId="287ACDBA" w14:textId="77777777" w:rsidR="006D21B7" w:rsidRDefault="006D21B7" w:rsidP="00BF6A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Session</w:t>
            </w:r>
          </w:p>
        </w:tc>
        <w:tc>
          <w:tcPr>
            <w:tcW w:w="3600" w:type="dxa"/>
          </w:tcPr>
          <w:p w14:paraId="0A332021" w14:textId="77777777" w:rsidR="006D21B7" w:rsidRDefault="006D21B7" w:rsidP="00BF6A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Location </w:t>
            </w:r>
          </w:p>
        </w:tc>
        <w:tc>
          <w:tcPr>
            <w:tcW w:w="3600" w:type="dxa"/>
          </w:tcPr>
          <w:p w14:paraId="6664575F" w14:textId="77777777" w:rsidR="006D21B7" w:rsidRDefault="006D21B7" w:rsidP="00BF6A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Notes</w:t>
            </w:r>
          </w:p>
        </w:tc>
      </w:tr>
      <w:tr w:rsidR="006D21B7" w14:paraId="0FBC09CB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5C5DCE2D" w14:textId="77777777" w:rsidR="006D21B7" w:rsidRDefault="006D21B7" w:rsidP="00BF6AE3"/>
        </w:tc>
        <w:tc>
          <w:tcPr>
            <w:tcW w:w="1440" w:type="dxa"/>
          </w:tcPr>
          <w:p w14:paraId="15BB6F63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52ACF70A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508E1ED0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7740E5C7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2836DF88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3BD06605" w14:textId="77777777" w:rsidR="006D21B7" w:rsidRDefault="006D21B7" w:rsidP="00BF6AE3"/>
        </w:tc>
        <w:tc>
          <w:tcPr>
            <w:tcW w:w="1440" w:type="dxa"/>
          </w:tcPr>
          <w:p w14:paraId="44E6AD46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0924001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5AE3D94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87D4116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302D9A34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5C2A2584" w14:textId="77777777" w:rsidR="006D21B7" w:rsidRDefault="006D21B7" w:rsidP="00BF6AE3"/>
        </w:tc>
        <w:tc>
          <w:tcPr>
            <w:tcW w:w="1440" w:type="dxa"/>
          </w:tcPr>
          <w:p w14:paraId="57EE333C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8306F6B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52F47EB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1E6D95D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7C813CD4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6081996D" w14:textId="77777777" w:rsidR="006D21B7" w:rsidRDefault="006D21B7" w:rsidP="00BF6AE3"/>
        </w:tc>
        <w:tc>
          <w:tcPr>
            <w:tcW w:w="1440" w:type="dxa"/>
          </w:tcPr>
          <w:p w14:paraId="66E7D0F3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647D8C3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D538C8D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3943E3A6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513FDCE6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050795F1" w14:textId="77777777" w:rsidR="006D21B7" w:rsidRDefault="006D21B7" w:rsidP="00BF6AE3"/>
        </w:tc>
        <w:tc>
          <w:tcPr>
            <w:tcW w:w="1440" w:type="dxa"/>
          </w:tcPr>
          <w:p w14:paraId="0F0FFADF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7317F8F4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79B68E77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B8465BC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0247EB6C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1A0A4A49" w14:textId="77777777" w:rsidR="006D21B7" w:rsidRDefault="006D21B7" w:rsidP="00BF6AE3"/>
        </w:tc>
        <w:tc>
          <w:tcPr>
            <w:tcW w:w="1440" w:type="dxa"/>
          </w:tcPr>
          <w:p w14:paraId="17D0871F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35DC775F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5DC3972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4C94C49F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2949B2C5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1C1F31AE" w14:textId="77777777" w:rsidR="006D21B7" w:rsidRDefault="006D21B7" w:rsidP="00BF6AE3"/>
        </w:tc>
        <w:tc>
          <w:tcPr>
            <w:tcW w:w="1440" w:type="dxa"/>
          </w:tcPr>
          <w:p w14:paraId="73C19077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3D0152C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40C9210F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7F0621C0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4A15739E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0B5BF853" w14:textId="77777777" w:rsidR="006D21B7" w:rsidRDefault="006D21B7" w:rsidP="00BF6AE3"/>
        </w:tc>
        <w:tc>
          <w:tcPr>
            <w:tcW w:w="1440" w:type="dxa"/>
          </w:tcPr>
          <w:p w14:paraId="625249F0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9EB6876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7133C67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801047A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7CDEFB0B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34015030" w14:textId="77777777" w:rsidR="006D21B7" w:rsidRDefault="006D21B7" w:rsidP="00BF6AE3"/>
        </w:tc>
        <w:tc>
          <w:tcPr>
            <w:tcW w:w="1440" w:type="dxa"/>
          </w:tcPr>
          <w:p w14:paraId="316E0879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547C4EC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D5A9011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6559917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312172C9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1151C039" w14:textId="77777777" w:rsidR="006D21B7" w:rsidRDefault="006D21B7" w:rsidP="00BF6AE3"/>
        </w:tc>
        <w:tc>
          <w:tcPr>
            <w:tcW w:w="1440" w:type="dxa"/>
          </w:tcPr>
          <w:p w14:paraId="0847FB7D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4C87A767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B2DEEB7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7C2BA337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6286E7CC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6B3D61F5" w14:textId="77777777" w:rsidR="006D21B7" w:rsidRDefault="006D21B7" w:rsidP="00BF6AE3"/>
        </w:tc>
        <w:tc>
          <w:tcPr>
            <w:tcW w:w="1440" w:type="dxa"/>
          </w:tcPr>
          <w:p w14:paraId="2CE3E526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3DDAA0EC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75C4778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7A2E6FE0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4217E157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6C776DE0" w14:textId="77777777" w:rsidR="006D21B7" w:rsidRDefault="006D21B7" w:rsidP="00BF6AE3"/>
        </w:tc>
        <w:tc>
          <w:tcPr>
            <w:tcW w:w="1440" w:type="dxa"/>
          </w:tcPr>
          <w:p w14:paraId="3CBF1260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930CB37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FF0A465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3DDF7EFF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5A8CF08E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292CA53E" w14:textId="77777777" w:rsidR="006D21B7" w:rsidRDefault="006D21B7" w:rsidP="00BF6AE3"/>
        </w:tc>
        <w:tc>
          <w:tcPr>
            <w:tcW w:w="1440" w:type="dxa"/>
          </w:tcPr>
          <w:p w14:paraId="30CBFECF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1CFB2963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A6F7ACD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51C70162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2B77AE22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6BF55D43" w14:textId="77777777" w:rsidR="006D21B7" w:rsidRDefault="006D21B7" w:rsidP="00BF6AE3"/>
        </w:tc>
        <w:tc>
          <w:tcPr>
            <w:tcW w:w="1440" w:type="dxa"/>
          </w:tcPr>
          <w:p w14:paraId="3F07BFD6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7574F2F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5B857AC4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AC38FFD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566D8F3B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2960244C" w14:textId="77777777" w:rsidR="006D21B7" w:rsidRDefault="006D21B7" w:rsidP="00BF6AE3"/>
        </w:tc>
        <w:tc>
          <w:tcPr>
            <w:tcW w:w="1440" w:type="dxa"/>
          </w:tcPr>
          <w:p w14:paraId="685D3832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5B41C608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5570204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75F51683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35E9B103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441CBD00" w14:textId="77777777" w:rsidR="006D21B7" w:rsidRDefault="006D21B7" w:rsidP="00BF6AE3"/>
        </w:tc>
        <w:tc>
          <w:tcPr>
            <w:tcW w:w="1440" w:type="dxa"/>
          </w:tcPr>
          <w:p w14:paraId="1D8B786D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A97B5C2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792483E1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8E4359E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613885EC" w14:textId="77777777" w:rsidR="006D21B7" w:rsidRDefault="006D21B7" w:rsidP="006D21B7"/>
    <w:p w14:paraId="4006A57C" w14:textId="700BADEE" w:rsidR="006D21B7" w:rsidRDefault="006D21B7">
      <w:r>
        <w:br w:type="page"/>
      </w:r>
    </w:p>
    <w:p w14:paraId="60781C8E" w14:textId="77777777" w:rsidR="006D21B7" w:rsidRDefault="006D21B7" w:rsidP="006D21B7">
      <w:r>
        <w:lastRenderedPageBreak/>
        <w:t>[DATE]</w:t>
      </w:r>
    </w:p>
    <w:tbl>
      <w:tblPr>
        <w:tblStyle w:val="LightGrid"/>
        <w:tblW w:w="13968" w:type="dxa"/>
        <w:tblLook w:val="04A0" w:firstRow="1" w:lastRow="0" w:firstColumn="1" w:lastColumn="0" w:noHBand="0" w:noVBand="1"/>
      </w:tblPr>
      <w:tblGrid>
        <w:gridCol w:w="1728"/>
        <w:gridCol w:w="1440"/>
        <w:gridCol w:w="3600"/>
        <w:gridCol w:w="3600"/>
        <w:gridCol w:w="3600"/>
      </w:tblGrid>
      <w:tr w:rsidR="006D21B7" w14:paraId="1A1A932C" w14:textId="77777777" w:rsidTr="006D21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7AEC5630" w14:textId="77777777" w:rsidR="006D21B7" w:rsidRDefault="006D21B7" w:rsidP="00BF6AE3">
            <w:r>
              <w:t>Name</w:t>
            </w:r>
          </w:p>
        </w:tc>
        <w:tc>
          <w:tcPr>
            <w:tcW w:w="1440" w:type="dxa"/>
          </w:tcPr>
          <w:p w14:paraId="57B37123" w14:textId="77777777" w:rsidR="006D21B7" w:rsidRDefault="006D21B7" w:rsidP="00BF6A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Time</w:t>
            </w:r>
          </w:p>
        </w:tc>
        <w:tc>
          <w:tcPr>
            <w:tcW w:w="3600" w:type="dxa"/>
          </w:tcPr>
          <w:p w14:paraId="1A0835BE" w14:textId="77777777" w:rsidR="006D21B7" w:rsidRDefault="006D21B7" w:rsidP="00BF6A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Session</w:t>
            </w:r>
          </w:p>
        </w:tc>
        <w:tc>
          <w:tcPr>
            <w:tcW w:w="3600" w:type="dxa"/>
          </w:tcPr>
          <w:p w14:paraId="48026E53" w14:textId="77777777" w:rsidR="006D21B7" w:rsidRDefault="006D21B7" w:rsidP="00BF6A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Location </w:t>
            </w:r>
          </w:p>
        </w:tc>
        <w:tc>
          <w:tcPr>
            <w:tcW w:w="3600" w:type="dxa"/>
          </w:tcPr>
          <w:p w14:paraId="204F37C0" w14:textId="77777777" w:rsidR="006D21B7" w:rsidRDefault="006D21B7" w:rsidP="00BF6A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Notes</w:t>
            </w:r>
          </w:p>
        </w:tc>
      </w:tr>
      <w:tr w:rsidR="006D21B7" w14:paraId="617381B3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088CD156" w14:textId="77777777" w:rsidR="006D21B7" w:rsidRDefault="006D21B7" w:rsidP="00BF6AE3"/>
        </w:tc>
        <w:tc>
          <w:tcPr>
            <w:tcW w:w="1440" w:type="dxa"/>
          </w:tcPr>
          <w:p w14:paraId="1D477542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596A3479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5A6BFB71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7B9A170F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7089DF1E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27439568" w14:textId="77777777" w:rsidR="006D21B7" w:rsidRDefault="006D21B7" w:rsidP="00BF6AE3"/>
        </w:tc>
        <w:tc>
          <w:tcPr>
            <w:tcW w:w="1440" w:type="dxa"/>
          </w:tcPr>
          <w:p w14:paraId="66C78767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FA26558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4169C29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5271BDC4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2E6DECDE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744176B5" w14:textId="77777777" w:rsidR="006D21B7" w:rsidRDefault="006D21B7" w:rsidP="00BF6AE3"/>
        </w:tc>
        <w:tc>
          <w:tcPr>
            <w:tcW w:w="1440" w:type="dxa"/>
          </w:tcPr>
          <w:p w14:paraId="0E7404DA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13EAE5DB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3580C10D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77AD5EF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0B0DD7D5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4A24DF95" w14:textId="77777777" w:rsidR="006D21B7" w:rsidRDefault="006D21B7" w:rsidP="00BF6AE3"/>
        </w:tc>
        <w:tc>
          <w:tcPr>
            <w:tcW w:w="1440" w:type="dxa"/>
          </w:tcPr>
          <w:p w14:paraId="03A2364B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1098296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4E375D4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52C2ED8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18894FA0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2D1DC52C" w14:textId="77777777" w:rsidR="006D21B7" w:rsidRDefault="006D21B7" w:rsidP="00BF6AE3"/>
        </w:tc>
        <w:tc>
          <w:tcPr>
            <w:tcW w:w="1440" w:type="dxa"/>
          </w:tcPr>
          <w:p w14:paraId="6A21E4B3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314F9E50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5679437F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51F3037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22A2C420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66C075F4" w14:textId="77777777" w:rsidR="006D21B7" w:rsidRDefault="006D21B7" w:rsidP="00BF6AE3"/>
        </w:tc>
        <w:tc>
          <w:tcPr>
            <w:tcW w:w="1440" w:type="dxa"/>
          </w:tcPr>
          <w:p w14:paraId="007A00C3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37BFAA0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64AB866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1B90F20E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6087B843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594ACC93" w14:textId="77777777" w:rsidR="006D21B7" w:rsidRDefault="006D21B7" w:rsidP="00BF6AE3"/>
        </w:tc>
        <w:tc>
          <w:tcPr>
            <w:tcW w:w="1440" w:type="dxa"/>
          </w:tcPr>
          <w:p w14:paraId="25971226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FA0011D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857900D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423E0662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01B903FC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51B4DA4D" w14:textId="77777777" w:rsidR="006D21B7" w:rsidRDefault="006D21B7" w:rsidP="00BF6AE3"/>
        </w:tc>
        <w:tc>
          <w:tcPr>
            <w:tcW w:w="1440" w:type="dxa"/>
          </w:tcPr>
          <w:p w14:paraId="22278E65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28E8B09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1178CA04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1EAA496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613CEFCA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31DA86D5" w14:textId="77777777" w:rsidR="006D21B7" w:rsidRDefault="006D21B7" w:rsidP="00BF6AE3"/>
        </w:tc>
        <w:tc>
          <w:tcPr>
            <w:tcW w:w="1440" w:type="dxa"/>
          </w:tcPr>
          <w:p w14:paraId="27735A45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F5ADF16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C2D168D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58C6E49B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18B373EB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79C7FE48" w14:textId="77777777" w:rsidR="006D21B7" w:rsidRDefault="006D21B7" w:rsidP="00BF6AE3"/>
        </w:tc>
        <w:tc>
          <w:tcPr>
            <w:tcW w:w="1440" w:type="dxa"/>
          </w:tcPr>
          <w:p w14:paraId="08731190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4175691A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504DCF3B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5413DA88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1E0DB139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3772B00D" w14:textId="77777777" w:rsidR="006D21B7" w:rsidRDefault="006D21B7" w:rsidP="00BF6AE3"/>
        </w:tc>
        <w:tc>
          <w:tcPr>
            <w:tcW w:w="1440" w:type="dxa"/>
          </w:tcPr>
          <w:p w14:paraId="45D8A69C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37C77E1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790FB7F8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B119F00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08BB762A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0E5492AE" w14:textId="77777777" w:rsidR="006D21B7" w:rsidRDefault="006D21B7" w:rsidP="00BF6AE3"/>
        </w:tc>
        <w:tc>
          <w:tcPr>
            <w:tcW w:w="1440" w:type="dxa"/>
          </w:tcPr>
          <w:p w14:paraId="5D8BCED0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5789E4D7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01CFFCB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538DF9F8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568F41DF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1AB0DF49" w14:textId="77777777" w:rsidR="006D21B7" w:rsidRDefault="006D21B7" w:rsidP="00BF6AE3"/>
        </w:tc>
        <w:tc>
          <w:tcPr>
            <w:tcW w:w="1440" w:type="dxa"/>
          </w:tcPr>
          <w:p w14:paraId="0E72A593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5F46B8C4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372B122B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A64C2BB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25C63B50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50DEDBDB" w14:textId="77777777" w:rsidR="006D21B7" w:rsidRDefault="006D21B7" w:rsidP="00BF6AE3"/>
        </w:tc>
        <w:tc>
          <w:tcPr>
            <w:tcW w:w="1440" w:type="dxa"/>
          </w:tcPr>
          <w:p w14:paraId="10A54437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F36BBC9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1CEE4A3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59261A27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2CAD9C8E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40DE2A2E" w14:textId="77777777" w:rsidR="006D21B7" w:rsidRDefault="006D21B7" w:rsidP="00BF6AE3"/>
        </w:tc>
        <w:tc>
          <w:tcPr>
            <w:tcW w:w="1440" w:type="dxa"/>
          </w:tcPr>
          <w:p w14:paraId="2604F071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688EEB4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E3A2616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47D40AC2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61E35B80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1B5BB287" w14:textId="77777777" w:rsidR="006D21B7" w:rsidRDefault="006D21B7" w:rsidP="00BF6AE3"/>
        </w:tc>
        <w:tc>
          <w:tcPr>
            <w:tcW w:w="1440" w:type="dxa"/>
          </w:tcPr>
          <w:p w14:paraId="27DCAEB3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5826D1B5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447EDEF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367FDA38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6A3A3070" w14:textId="77777777" w:rsidR="006D21B7" w:rsidRDefault="006D21B7" w:rsidP="006D21B7"/>
    <w:p w14:paraId="0B1C871D" w14:textId="0BB9AC8F" w:rsidR="006D21B7" w:rsidRDefault="006D21B7">
      <w:r>
        <w:br w:type="page"/>
      </w:r>
    </w:p>
    <w:p w14:paraId="23FF3257" w14:textId="77777777" w:rsidR="006D21B7" w:rsidRDefault="006D21B7" w:rsidP="006D21B7">
      <w:r>
        <w:lastRenderedPageBreak/>
        <w:t>[DATE]</w:t>
      </w:r>
    </w:p>
    <w:tbl>
      <w:tblPr>
        <w:tblStyle w:val="LightGrid"/>
        <w:tblW w:w="13968" w:type="dxa"/>
        <w:tblLook w:val="04A0" w:firstRow="1" w:lastRow="0" w:firstColumn="1" w:lastColumn="0" w:noHBand="0" w:noVBand="1"/>
      </w:tblPr>
      <w:tblGrid>
        <w:gridCol w:w="1728"/>
        <w:gridCol w:w="1440"/>
        <w:gridCol w:w="3600"/>
        <w:gridCol w:w="3600"/>
        <w:gridCol w:w="3600"/>
      </w:tblGrid>
      <w:tr w:rsidR="006D21B7" w14:paraId="6B77EB93" w14:textId="77777777" w:rsidTr="006D21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103B0235" w14:textId="77777777" w:rsidR="006D21B7" w:rsidRDefault="006D21B7" w:rsidP="00BF6AE3">
            <w:r>
              <w:t>Name</w:t>
            </w:r>
          </w:p>
        </w:tc>
        <w:tc>
          <w:tcPr>
            <w:tcW w:w="1440" w:type="dxa"/>
          </w:tcPr>
          <w:p w14:paraId="42D0737C" w14:textId="77777777" w:rsidR="006D21B7" w:rsidRDefault="006D21B7" w:rsidP="00BF6A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Time</w:t>
            </w:r>
          </w:p>
        </w:tc>
        <w:tc>
          <w:tcPr>
            <w:tcW w:w="3600" w:type="dxa"/>
          </w:tcPr>
          <w:p w14:paraId="51EB39C8" w14:textId="77777777" w:rsidR="006D21B7" w:rsidRDefault="006D21B7" w:rsidP="00BF6A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Session</w:t>
            </w:r>
          </w:p>
        </w:tc>
        <w:tc>
          <w:tcPr>
            <w:tcW w:w="3600" w:type="dxa"/>
          </w:tcPr>
          <w:p w14:paraId="48149069" w14:textId="77777777" w:rsidR="006D21B7" w:rsidRDefault="006D21B7" w:rsidP="00BF6A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Location </w:t>
            </w:r>
          </w:p>
        </w:tc>
        <w:tc>
          <w:tcPr>
            <w:tcW w:w="3600" w:type="dxa"/>
          </w:tcPr>
          <w:p w14:paraId="57F4F56B" w14:textId="77777777" w:rsidR="006D21B7" w:rsidRDefault="006D21B7" w:rsidP="00BF6A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Notes</w:t>
            </w:r>
          </w:p>
        </w:tc>
      </w:tr>
      <w:tr w:rsidR="006D21B7" w14:paraId="6E8A1CCE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72956135" w14:textId="77777777" w:rsidR="006D21B7" w:rsidRDefault="006D21B7" w:rsidP="00BF6AE3"/>
        </w:tc>
        <w:tc>
          <w:tcPr>
            <w:tcW w:w="1440" w:type="dxa"/>
          </w:tcPr>
          <w:p w14:paraId="67BF235D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ABCA364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1D50FCB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5CB97C5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1C6B96C3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43800C89" w14:textId="77777777" w:rsidR="006D21B7" w:rsidRDefault="006D21B7" w:rsidP="00BF6AE3"/>
        </w:tc>
        <w:tc>
          <w:tcPr>
            <w:tcW w:w="1440" w:type="dxa"/>
          </w:tcPr>
          <w:p w14:paraId="226DCDCC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97CBF68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71C7F0BD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1E6B7B72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52943D26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66838237" w14:textId="77777777" w:rsidR="006D21B7" w:rsidRDefault="006D21B7" w:rsidP="00BF6AE3"/>
        </w:tc>
        <w:tc>
          <w:tcPr>
            <w:tcW w:w="1440" w:type="dxa"/>
          </w:tcPr>
          <w:p w14:paraId="5E276DD7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9ADC698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AA887DE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7E711088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7BCEE50F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1BFAAB81" w14:textId="77777777" w:rsidR="006D21B7" w:rsidRDefault="006D21B7" w:rsidP="00BF6AE3"/>
        </w:tc>
        <w:tc>
          <w:tcPr>
            <w:tcW w:w="1440" w:type="dxa"/>
          </w:tcPr>
          <w:p w14:paraId="7A923F63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5796BCC3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4CD47229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D2C6943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2A54834B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4B3679B8" w14:textId="77777777" w:rsidR="006D21B7" w:rsidRDefault="006D21B7" w:rsidP="00BF6AE3"/>
        </w:tc>
        <w:tc>
          <w:tcPr>
            <w:tcW w:w="1440" w:type="dxa"/>
          </w:tcPr>
          <w:p w14:paraId="03E858B2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39F57C5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12F6CF66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17F43B0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4482BFE0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073D8B3F" w14:textId="77777777" w:rsidR="006D21B7" w:rsidRDefault="006D21B7" w:rsidP="00BF6AE3"/>
        </w:tc>
        <w:tc>
          <w:tcPr>
            <w:tcW w:w="1440" w:type="dxa"/>
          </w:tcPr>
          <w:p w14:paraId="5F13AFCD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114C22FE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30E723BF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E531614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654929DF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6707E092" w14:textId="77777777" w:rsidR="006D21B7" w:rsidRDefault="006D21B7" w:rsidP="00BF6AE3"/>
        </w:tc>
        <w:tc>
          <w:tcPr>
            <w:tcW w:w="1440" w:type="dxa"/>
          </w:tcPr>
          <w:p w14:paraId="343F25F8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75A06844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5CCFC5B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43F9E814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60A67B62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42D82B59" w14:textId="77777777" w:rsidR="006D21B7" w:rsidRDefault="006D21B7" w:rsidP="00BF6AE3"/>
        </w:tc>
        <w:tc>
          <w:tcPr>
            <w:tcW w:w="1440" w:type="dxa"/>
          </w:tcPr>
          <w:p w14:paraId="7A03DF47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199A0DB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7DBCA0FC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4878E2ED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0E3E95FF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6DD83DE8" w14:textId="77777777" w:rsidR="006D21B7" w:rsidRDefault="006D21B7" w:rsidP="00BF6AE3"/>
        </w:tc>
        <w:tc>
          <w:tcPr>
            <w:tcW w:w="1440" w:type="dxa"/>
          </w:tcPr>
          <w:p w14:paraId="1BCBEF49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79A77CB0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9675C7B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7D53ADC7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4C008B51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120CFDEE" w14:textId="77777777" w:rsidR="006D21B7" w:rsidRDefault="006D21B7" w:rsidP="00BF6AE3"/>
        </w:tc>
        <w:tc>
          <w:tcPr>
            <w:tcW w:w="1440" w:type="dxa"/>
          </w:tcPr>
          <w:p w14:paraId="17763FF9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E80E2E3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18CF77B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37FEFB6E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209B4799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4BED92E5" w14:textId="77777777" w:rsidR="006D21B7" w:rsidRDefault="006D21B7" w:rsidP="00BF6AE3"/>
        </w:tc>
        <w:tc>
          <w:tcPr>
            <w:tcW w:w="1440" w:type="dxa"/>
          </w:tcPr>
          <w:p w14:paraId="74292751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69D63D3E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5AF8663D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6770F86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4C5830E4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001669BD" w14:textId="77777777" w:rsidR="006D21B7" w:rsidRDefault="006D21B7" w:rsidP="00BF6AE3"/>
        </w:tc>
        <w:tc>
          <w:tcPr>
            <w:tcW w:w="1440" w:type="dxa"/>
          </w:tcPr>
          <w:p w14:paraId="76E33121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4E0A50C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3928673F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5E0DA3F7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78EDB516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6E5885D3" w14:textId="77777777" w:rsidR="006D21B7" w:rsidRDefault="006D21B7" w:rsidP="00BF6AE3"/>
        </w:tc>
        <w:tc>
          <w:tcPr>
            <w:tcW w:w="1440" w:type="dxa"/>
          </w:tcPr>
          <w:p w14:paraId="5512D82D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4EFC1F2C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3944B93F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1C836CB2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79375E1A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524917AF" w14:textId="77777777" w:rsidR="006D21B7" w:rsidRDefault="006D21B7" w:rsidP="00BF6AE3"/>
        </w:tc>
        <w:tc>
          <w:tcPr>
            <w:tcW w:w="1440" w:type="dxa"/>
          </w:tcPr>
          <w:p w14:paraId="591E76CE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0C09BB3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7821D3DA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44C94A62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D21B7" w14:paraId="52CFBAC9" w14:textId="77777777" w:rsidTr="006D2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5C21F6BE" w14:textId="77777777" w:rsidR="006D21B7" w:rsidRDefault="006D21B7" w:rsidP="00BF6AE3"/>
        </w:tc>
        <w:tc>
          <w:tcPr>
            <w:tcW w:w="1440" w:type="dxa"/>
          </w:tcPr>
          <w:p w14:paraId="1E03B510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F45D8B8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597BD46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944E346" w14:textId="77777777" w:rsidR="006D21B7" w:rsidRDefault="006D21B7" w:rsidP="00BF6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1B7" w14:paraId="3E7C14D3" w14:textId="77777777" w:rsidTr="006D2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063DA05E" w14:textId="77777777" w:rsidR="006D21B7" w:rsidRDefault="006D21B7" w:rsidP="00BF6AE3"/>
        </w:tc>
        <w:tc>
          <w:tcPr>
            <w:tcW w:w="1440" w:type="dxa"/>
          </w:tcPr>
          <w:p w14:paraId="053DE67B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32BFB63B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7FBEBC16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5342A335" w14:textId="77777777" w:rsidR="006D21B7" w:rsidRDefault="006D21B7" w:rsidP="00BF6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3937C40F" w14:textId="77777777" w:rsidR="006D21B7" w:rsidRDefault="006D21B7" w:rsidP="006D21B7"/>
    <w:p w14:paraId="6D1D9C39" w14:textId="77777777" w:rsidR="001F4B41" w:rsidRDefault="001F4B41"/>
    <w:sectPr w:rsidR="001F4B41" w:rsidSect="006D21B7">
      <w:pgSz w:w="15840" w:h="12240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5036828">
    <w:abstractNumId w:val="8"/>
  </w:num>
  <w:num w:numId="2" w16cid:durableId="1644581358">
    <w:abstractNumId w:val="6"/>
  </w:num>
  <w:num w:numId="3" w16cid:durableId="1549224334">
    <w:abstractNumId w:val="5"/>
  </w:num>
  <w:num w:numId="4" w16cid:durableId="1361318064">
    <w:abstractNumId w:val="4"/>
  </w:num>
  <w:num w:numId="5" w16cid:durableId="282006043">
    <w:abstractNumId w:val="7"/>
  </w:num>
  <w:num w:numId="6" w16cid:durableId="2111004135">
    <w:abstractNumId w:val="3"/>
  </w:num>
  <w:num w:numId="7" w16cid:durableId="1642535032">
    <w:abstractNumId w:val="2"/>
  </w:num>
  <w:num w:numId="8" w16cid:durableId="571426392">
    <w:abstractNumId w:val="1"/>
  </w:num>
  <w:num w:numId="9" w16cid:durableId="704913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40EB"/>
    <w:rsid w:val="0015074B"/>
    <w:rsid w:val="00161CEF"/>
    <w:rsid w:val="00182BDE"/>
    <w:rsid w:val="001F4B41"/>
    <w:rsid w:val="0029639D"/>
    <w:rsid w:val="00326F90"/>
    <w:rsid w:val="00482ECB"/>
    <w:rsid w:val="00523DED"/>
    <w:rsid w:val="006D21B7"/>
    <w:rsid w:val="00771C44"/>
    <w:rsid w:val="007E33FF"/>
    <w:rsid w:val="00AA1D8D"/>
    <w:rsid w:val="00B34213"/>
    <w:rsid w:val="00B47730"/>
    <w:rsid w:val="00B57947"/>
    <w:rsid w:val="00CB0664"/>
    <w:rsid w:val="00FB42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3D938D"/>
  <w14:defaultImageDpi w14:val="300"/>
  <w15:docId w15:val="{3EFD0D67-917C-FC4F-AB10-A1EDC41C2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stTable1Light">
    <w:name w:val="List Table 1 Light"/>
    <w:basedOn w:val="TableNormal"/>
    <w:uiPriority w:val="46"/>
    <w:rsid w:val="006D21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7Colorful">
    <w:name w:val="Grid Table 7 Colorful"/>
    <w:basedOn w:val="TableNormal"/>
    <w:uiPriority w:val="52"/>
    <w:rsid w:val="006D21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Tori Soper</cp:lastModifiedBy>
  <cp:revision>2</cp:revision>
  <dcterms:created xsi:type="dcterms:W3CDTF">2025-06-30T13:17:00Z</dcterms:created>
  <dcterms:modified xsi:type="dcterms:W3CDTF">2025-06-30T13:17:00Z</dcterms:modified>
  <cp:category/>
</cp:coreProperties>
</file>